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FB4E6" w14:textId="77777777" w:rsidR="00F576E5" w:rsidRPr="00705505" w:rsidRDefault="00F576E5" w:rsidP="00F576E5">
      <w:pPr>
        <w:ind w:left="5670"/>
      </w:pPr>
      <w:r w:rsidRPr="001D6336">
        <w:t>Šiaulių valstybinės kolegijos</w:t>
      </w:r>
      <w:r w:rsidRPr="00705505">
        <w:br/>
        <w:t xml:space="preserve">Talentų </w:t>
      </w:r>
      <w:r>
        <w:t xml:space="preserve">stipendijų skyrimo </w:t>
      </w:r>
      <w:r w:rsidRPr="00705505">
        <w:t>nuostatų</w:t>
      </w:r>
      <w:r w:rsidRPr="00705505">
        <w:br/>
        <w:t>priedas</w:t>
      </w:r>
    </w:p>
    <w:p w14:paraId="41ABA3A3" w14:textId="77777777" w:rsidR="00F576E5" w:rsidRDefault="00F576E5" w:rsidP="00F576E5">
      <w:pPr>
        <w:ind w:firstLine="567"/>
        <w:jc w:val="both"/>
      </w:pPr>
    </w:p>
    <w:p w14:paraId="70B17403" w14:textId="77777777" w:rsidR="00F576E5" w:rsidRDefault="00F576E5" w:rsidP="00F576E5">
      <w:pPr>
        <w:jc w:val="center"/>
        <w:rPr>
          <w:b/>
          <w:bCs/>
        </w:rPr>
      </w:pPr>
      <w:r w:rsidRPr="00705505">
        <w:rPr>
          <w:b/>
          <w:bCs/>
        </w:rPr>
        <w:t xml:space="preserve">PARAIŠKA TALENTŲ </w:t>
      </w:r>
      <w:r>
        <w:rPr>
          <w:b/>
          <w:bCs/>
        </w:rPr>
        <w:t xml:space="preserve">STIPENDIJAI </w:t>
      </w:r>
      <w:r w:rsidRPr="00705505">
        <w:rPr>
          <w:b/>
          <w:bCs/>
        </w:rPr>
        <w:t>GAUTI</w:t>
      </w:r>
    </w:p>
    <w:p w14:paraId="62BC8216" w14:textId="77777777" w:rsidR="00F576E5" w:rsidRPr="00705505" w:rsidRDefault="00F576E5" w:rsidP="00F576E5">
      <w:pPr>
        <w:jc w:val="center"/>
        <w:rPr>
          <w:b/>
          <w:bCs/>
        </w:rPr>
      </w:pPr>
    </w:p>
    <w:p w14:paraId="74D76E84" w14:textId="77777777" w:rsidR="00F576E5" w:rsidRDefault="00F576E5" w:rsidP="00F576E5">
      <w:pPr>
        <w:jc w:val="both"/>
      </w:pPr>
      <w:r w:rsidRPr="00705505">
        <w:t xml:space="preserve">Šiaulių valstybinės kolegijos </w:t>
      </w:r>
    </w:p>
    <w:p w14:paraId="07B7A6B5" w14:textId="77777777" w:rsidR="00F576E5" w:rsidRPr="00705505" w:rsidRDefault="00F576E5" w:rsidP="00F576E5">
      <w:pPr>
        <w:jc w:val="both"/>
      </w:pPr>
      <w:r w:rsidRPr="00705505">
        <w:t>direktoriui</w:t>
      </w:r>
    </w:p>
    <w:p w14:paraId="2B831ED5" w14:textId="77777777" w:rsidR="00F576E5" w:rsidRDefault="00F576E5" w:rsidP="00F576E5">
      <w:pPr>
        <w:ind w:firstLine="567"/>
        <w:jc w:val="both"/>
      </w:pPr>
    </w:p>
    <w:p w14:paraId="6042AA3E" w14:textId="77777777" w:rsidR="00F576E5" w:rsidRPr="00705505" w:rsidRDefault="00F576E5" w:rsidP="00F576E5">
      <w:pPr>
        <w:ind w:firstLine="567"/>
        <w:jc w:val="both"/>
      </w:pPr>
      <w:r w:rsidRPr="00705505">
        <w:t>Data ____________________</w:t>
      </w:r>
    </w:p>
    <w:p w14:paraId="7889F6B2" w14:textId="77777777" w:rsidR="00F576E5" w:rsidRPr="00705505" w:rsidRDefault="00F576E5" w:rsidP="00F576E5">
      <w:pPr>
        <w:ind w:firstLine="567"/>
        <w:jc w:val="both"/>
      </w:pPr>
      <w:r w:rsidRPr="00705505">
        <w:t>Vardas, pavardė _____________________________________________________</w:t>
      </w:r>
    </w:p>
    <w:p w14:paraId="5FC9F343" w14:textId="77777777" w:rsidR="00F576E5" w:rsidRPr="00705505" w:rsidRDefault="00F576E5" w:rsidP="00F576E5">
      <w:pPr>
        <w:ind w:firstLine="567"/>
        <w:jc w:val="both"/>
      </w:pPr>
      <w:r w:rsidRPr="00705505">
        <w:t>Studijų programa, kursas, grupė __________________________________________</w:t>
      </w:r>
    </w:p>
    <w:p w14:paraId="6186410E" w14:textId="77777777" w:rsidR="00F576E5" w:rsidRPr="00705505" w:rsidRDefault="00F576E5" w:rsidP="00F576E5">
      <w:pPr>
        <w:ind w:firstLine="567"/>
        <w:jc w:val="both"/>
      </w:pPr>
      <w:r w:rsidRPr="00705505">
        <w:t>El. paštas, telefonas __________________________________________________</w:t>
      </w:r>
    </w:p>
    <w:p w14:paraId="767AAF9E" w14:textId="77777777" w:rsidR="00F576E5" w:rsidRDefault="00F576E5" w:rsidP="00F576E5">
      <w:pPr>
        <w:ind w:firstLine="567"/>
        <w:jc w:val="both"/>
      </w:pPr>
    </w:p>
    <w:p w14:paraId="5BB03210" w14:textId="77777777" w:rsidR="00F576E5" w:rsidRDefault="00F576E5" w:rsidP="00F576E5">
      <w:pPr>
        <w:ind w:left="567"/>
      </w:pPr>
      <w:r w:rsidRPr="00705505">
        <w:t>Veiklos sritis (pažymėkite vieną ar kelias):</w:t>
      </w:r>
      <w:r w:rsidRPr="00705505">
        <w:br/>
      </w:r>
      <w:r w:rsidRPr="00705505">
        <w:rPr>
          <w:rFonts w:ascii="Segoe UI Symbol" w:hAnsi="Segoe UI Symbol" w:cs="Segoe UI Symbol"/>
        </w:rPr>
        <w:t>☐</w:t>
      </w:r>
      <w:r w:rsidRPr="00705505">
        <w:t xml:space="preserve"> Sportas  </w:t>
      </w:r>
    </w:p>
    <w:p w14:paraId="117D7EC9" w14:textId="77777777" w:rsidR="00F576E5" w:rsidRDefault="00F576E5" w:rsidP="00F576E5">
      <w:pPr>
        <w:ind w:left="567"/>
        <w:jc w:val="both"/>
      </w:pPr>
      <w:r w:rsidRPr="00705505">
        <w:rPr>
          <w:rFonts w:ascii="Segoe UI Symbol" w:hAnsi="Segoe UI Symbol" w:cs="Segoe UI Symbol"/>
        </w:rPr>
        <w:t>☐</w:t>
      </w:r>
      <w:r w:rsidRPr="00705505">
        <w:t xml:space="preserve"> Kultūra  </w:t>
      </w:r>
    </w:p>
    <w:p w14:paraId="167598DF" w14:textId="77777777" w:rsidR="00F576E5" w:rsidRPr="00705505" w:rsidRDefault="00F576E5" w:rsidP="00F576E5">
      <w:pPr>
        <w:ind w:left="567"/>
        <w:jc w:val="both"/>
      </w:pPr>
      <w:r w:rsidRPr="00705505">
        <w:rPr>
          <w:rFonts w:ascii="Segoe UI Symbol" w:hAnsi="Segoe UI Symbol" w:cs="Segoe UI Symbol"/>
        </w:rPr>
        <w:t>☐</w:t>
      </w:r>
      <w:r w:rsidRPr="00705505">
        <w:t xml:space="preserve"> Savanorystė ir pilietiškumas</w:t>
      </w:r>
    </w:p>
    <w:p w14:paraId="3876712A" w14:textId="77777777" w:rsidR="00F576E5" w:rsidRDefault="00F576E5" w:rsidP="00F576E5">
      <w:pPr>
        <w:ind w:firstLine="567"/>
        <w:jc w:val="both"/>
      </w:pPr>
    </w:p>
    <w:p w14:paraId="32E01D0B" w14:textId="77777777" w:rsidR="00F576E5" w:rsidRPr="00705505" w:rsidRDefault="00F576E5" w:rsidP="00F576E5">
      <w:pPr>
        <w:ind w:firstLine="567"/>
        <w:jc w:val="both"/>
      </w:pPr>
      <w:r w:rsidRPr="00705505">
        <w:t>Prašau skirti Talentų stipendiją už toliau nurodytus pasiekimus ir veiklą bei tolesniam gebėjimų ugdymui.</w:t>
      </w:r>
    </w:p>
    <w:p w14:paraId="5AC6FF18" w14:textId="77777777" w:rsidR="00F576E5" w:rsidRPr="00705505" w:rsidRDefault="00F576E5" w:rsidP="00F576E5">
      <w:pPr>
        <w:ind w:firstLine="567"/>
        <w:jc w:val="both"/>
      </w:pPr>
      <w:r w:rsidRPr="00705505">
        <w:t xml:space="preserve">1. </w:t>
      </w:r>
      <w:r w:rsidRPr="00B219D8">
        <w:rPr>
          <w:b/>
          <w:bCs/>
        </w:rPr>
        <w:t>Veikla ir svarbiausi pasiekimai</w:t>
      </w:r>
    </w:p>
    <w:p w14:paraId="1F351C3B" w14:textId="77777777" w:rsidR="00F576E5" w:rsidRPr="00705505" w:rsidRDefault="00F576E5" w:rsidP="00F576E5">
      <w:pPr>
        <w:ind w:firstLine="567"/>
        <w:jc w:val="both"/>
      </w:pPr>
      <w:r w:rsidRPr="00705505">
        <w:t>Nurodykite veiklą, datas, rezultatų lygį ir pasiektą naudą. Savanorystės atveju nurodykite organizaciją, trukmę, konkrečias užduotis ir rezultatus.</w:t>
      </w:r>
    </w:p>
    <w:p w14:paraId="5388B51C" w14:textId="77777777" w:rsidR="00F576E5" w:rsidRPr="00705505" w:rsidRDefault="00F576E5" w:rsidP="00F576E5">
      <w:pPr>
        <w:ind w:firstLine="567"/>
        <w:jc w:val="both"/>
      </w:pPr>
      <w:r w:rsidRPr="00705505">
        <w:t>____________________________________________________________________</w:t>
      </w:r>
      <w:r w:rsidRPr="00705505">
        <w:br/>
      </w:r>
    </w:p>
    <w:p w14:paraId="3E98DD6C" w14:textId="77777777" w:rsidR="00F576E5" w:rsidRPr="00705505" w:rsidRDefault="00F576E5" w:rsidP="00F576E5">
      <w:pPr>
        <w:ind w:firstLine="567"/>
        <w:jc w:val="both"/>
      </w:pPr>
      <w:r w:rsidRPr="00705505">
        <w:t xml:space="preserve">2. </w:t>
      </w:r>
      <w:r w:rsidRPr="00B219D8">
        <w:rPr>
          <w:b/>
          <w:bCs/>
        </w:rPr>
        <w:t>Mano indėlis ir veiklos tęstinumas</w:t>
      </w:r>
    </w:p>
    <w:p w14:paraId="09734171" w14:textId="77777777" w:rsidR="00F576E5" w:rsidRPr="00705505" w:rsidRDefault="00F576E5" w:rsidP="00F576E5">
      <w:pPr>
        <w:ind w:firstLine="567"/>
        <w:jc w:val="both"/>
      </w:pPr>
      <w:r w:rsidRPr="00705505">
        <w:t>Paaiškinkite savo vaidmenį, iniciatyvą, pastangas ir pažangą.</w:t>
      </w:r>
    </w:p>
    <w:p w14:paraId="25A25149" w14:textId="77777777" w:rsidR="00F576E5" w:rsidRPr="00705505" w:rsidRDefault="00F576E5" w:rsidP="00F576E5">
      <w:pPr>
        <w:ind w:firstLine="567"/>
        <w:jc w:val="both"/>
      </w:pPr>
      <w:r w:rsidRPr="00705505">
        <w:t>____________________________________________________________________</w:t>
      </w:r>
      <w:r w:rsidRPr="00705505">
        <w:br/>
      </w:r>
    </w:p>
    <w:p w14:paraId="5F153110" w14:textId="77777777" w:rsidR="00F576E5" w:rsidRPr="00705505" w:rsidRDefault="00F576E5" w:rsidP="00F576E5">
      <w:pPr>
        <w:ind w:firstLine="567"/>
        <w:jc w:val="both"/>
      </w:pPr>
      <w:r w:rsidRPr="00705505">
        <w:t xml:space="preserve">3. </w:t>
      </w:r>
      <w:r w:rsidRPr="00B219D8">
        <w:rPr>
          <w:b/>
          <w:bCs/>
        </w:rPr>
        <w:t>Motyvacija ir tolesni tikslai</w:t>
      </w:r>
    </w:p>
    <w:p w14:paraId="4B0820F5" w14:textId="77777777" w:rsidR="00F576E5" w:rsidRPr="00705505" w:rsidRDefault="00F576E5" w:rsidP="00F576E5">
      <w:pPr>
        <w:ind w:firstLine="567"/>
        <w:jc w:val="both"/>
      </w:pPr>
      <w:r w:rsidRPr="00705505">
        <w:t>Ką planuojate nuveikti ir kaip stipendija padėtų? Nurodykite numatomą lėšų panaudojimą ir, jei žinoma, reikalingą sumą.</w:t>
      </w:r>
      <w:bookmarkStart w:id="0" w:name="_GoBack"/>
      <w:bookmarkEnd w:id="0"/>
    </w:p>
    <w:p w14:paraId="11E5314C" w14:textId="77777777" w:rsidR="00F576E5" w:rsidRPr="00705505" w:rsidRDefault="00F576E5" w:rsidP="00F576E5">
      <w:pPr>
        <w:ind w:firstLine="567"/>
        <w:jc w:val="both"/>
      </w:pPr>
      <w:r w:rsidRPr="00705505">
        <w:t>____________________________________________________________________</w:t>
      </w:r>
      <w:r w:rsidRPr="00705505">
        <w:br/>
      </w:r>
    </w:p>
    <w:p w14:paraId="20A0DF5E" w14:textId="77777777" w:rsidR="00F576E5" w:rsidRPr="00705505" w:rsidRDefault="00F576E5" w:rsidP="00F576E5">
      <w:pPr>
        <w:ind w:firstLine="567"/>
        <w:jc w:val="both"/>
      </w:pPr>
      <w:r w:rsidRPr="00705505">
        <w:t xml:space="preserve">4. </w:t>
      </w:r>
      <w:r w:rsidRPr="00B219D8">
        <w:rPr>
          <w:b/>
          <w:bCs/>
        </w:rPr>
        <w:t>Pridedami įrodymai</w:t>
      </w:r>
    </w:p>
    <w:p w14:paraId="56A5D9CF" w14:textId="77777777" w:rsidR="00F576E5" w:rsidRPr="00705505" w:rsidRDefault="00F576E5" w:rsidP="00F576E5">
      <w:pPr>
        <w:ind w:firstLine="567"/>
        <w:jc w:val="both"/>
      </w:pPr>
      <w:r w:rsidRPr="00705505">
        <w:t>Išvardykite dokumentus ir pateikite patikrinamas nuorodas. Rekomendacija neprivaloma, jei veiklą pagrindžiate kitais įrodymais.</w:t>
      </w:r>
    </w:p>
    <w:p w14:paraId="33A1D109" w14:textId="77777777" w:rsidR="00F576E5" w:rsidRPr="00705505" w:rsidRDefault="00F576E5" w:rsidP="00F576E5">
      <w:pPr>
        <w:ind w:firstLine="567"/>
        <w:jc w:val="both"/>
      </w:pPr>
      <w:r w:rsidRPr="00705505">
        <w:t>____________________________________________________________________</w:t>
      </w:r>
      <w:r w:rsidRPr="00705505">
        <w:br/>
      </w:r>
    </w:p>
    <w:p w14:paraId="61DD2341" w14:textId="77777777" w:rsidR="00F576E5" w:rsidRPr="008D30A3" w:rsidRDefault="00F576E5" w:rsidP="00F576E5">
      <w:pPr>
        <w:ind w:firstLine="567"/>
        <w:jc w:val="both"/>
      </w:pPr>
      <w:r w:rsidRPr="00705505">
        <w:t xml:space="preserve">Patvirtinu, kad pateikti duomenys yra teisingi. Esu susipažinęs (-usi) su Talentų </w:t>
      </w:r>
      <w:r>
        <w:t xml:space="preserve">stipendijų skyrimo </w:t>
      </w:r>
      <w:r w:rsidRPr="00705505">
        <w:t xml:space="preserve">nuostatais. Apie aplinkybes, galinčias turėti įtakos Stipendijos išmokėjimui, informuosiu </w:t>
      </w:r>
      <w:r w:rsidRPr="008D30A3">
        <w:t>Koordinatorių.</w:t>
      </w:r>
    </w:p>
    <w:p w14:paraId="7B9E5E69" w14:textId="77777777" w:rsidR="00F576E5" w:rsidRPr="00705505" w:rsidRDefault="00F576E5" w:rsidP="00F576E5">
      <w:pPr>
        <w:ind w:firstLine="567"/>
        <w:jc w:val="both"/>
      </w:pPr>
      <w:r w:rsidRPr="008D30A3">
        <w:t xml:space="preserve">Sutinku, kad mano </w:t>
      </w:r>
      <w:r w:rsidRPr="008D30A3">
        <w:rPr>
          <w:rFonts w:eastAsiaTheme="minorEastAsia"/>
          <w:color w:val="000000"/>
          <w:lang w:eastAsia="en-US"/>
        </w:rPr>
        <w:t>asmens duomenys gali būti atskleidžiami rėmėjų, talentingų studentų ir Kolegijos viešinimo tikslais.</w:t>
      </w:r>
    </w:p>
    <w:p w14:paraId="0598CE45" w14:textId="77777777" w:rsidR="00F576E5" w:rsidRDefault="00F576E5" w:rsidP="00F576E5">
      <w:pPr>
        <w:ind w:firstLine="567"/>
        <w:jc w:val="both"/>
      </w:pPr>
    </w:p>
    <w:p w14:paraId="522DE4BD" w14:textId="77777777" w:rsidR="00F576E5" w:rsidRPr="00705505" w:rsidRDefault="00F576E5" w:rsidP="00F576E5">
      <w:pPr>
        <w:ind w:firstLine="567"/>
        <w:jc w:val="both"/>
      </w:pPr>
      <w:r w:rsidRPr="00705505">
        <w:t>Vardas, pavardė / parašas ______________________________________________</w:t>
      </w:r>
    </w:p>
    <w:p w14:paraId="45ACFEED" w14:textId="77777777" w:rsidR="00F576E5" w:rsidRDefault="00F576E5" w:rsidP="00F576E5">
      <w:pPr>
        <w:ind w:firstLine="567"/>
        <w:jc w:val="both"/>
      </w:pPr>
    </w:p>
    <w:p w14:paraId="46433F41" w14:textId="4A87CE6B" w:rsidR="00B7246F" w:rsidRPr="00B7246F" w:rsidRDefault="00F576E5" w:rsidP="00B7246F">
      <w:pPr>
        <w:ind w:right="1" w:firstLine="567"/>
        <w:jc w:val="both"/>
        <w:rPr>
          <w:sz w:val="2"/>
          <w:szCs w:val="2"/>
        </w:rPr>
        <w:sectPr w:rsidR="00B7246F" w:rsidRPr="00B7246F" w:rsidSect="00EC0381">
          <w:headerReference w:type="default" r:id="rId8"/>
          <w:type w:val="continuous"/>
          <w:pgSz w:w="11906" w:h="16838" w:code="9"/>
          <w:pgMar w:top="1134" w:right="709" w:bottom="1021" w:left="1418" w:header="720" w:footer="720" w:gutter="0"/>
          <w:cols w:space="720"/>
          <w:titlePg/>
          <w:docGrid w:linePitch="360"/>
        </w:sectPr>
      </w:pPr>
      <w:r w:rsidRPr="00705505">
        <w:t>Formą galima pildyti elektroniniu būdu ir prireikus išplėsti. Neteikite įslaptintos ar riboto naudojimo informacijos; veiklai pagrįsti pakanka bendro pobūdžio patvirtinimo. Banko sąskaita pat</w:t>
      </w:r>
      <w:r w:rsidR="0059416D">
        <w:t>e</w:t>
      </w:r>
      <w:r w:rsidR="00B7246F">
        <w:t>i</w:t>
      </w:r>
      <w:r w:rsidR="00EC0381">
        <w:t>kiama tik  paskyrus stipendiją.</w:t>
      </w:r>
    </w:p>
    <w:p w14:paraId="0EC5DC23" w14:textId="472D233F" w:rsidR="008332F2" w:rsidRPr="0059416D" w:rsidRDefault="008332F2" w:rsidP="00EC0381">
      <w:pPr>
        <w:tabs>
          <w:tab w:val="left" w:pos="1280"/>
        </w:tabs>
      </w:pPr>
    </w:p>
    <w:sectPr w:rsidR="008332F2" w:rsidRPr="0059416D" w:rsidSect="00EC0381">
      <w:type w:val="continuous"/>
      <w:pgSz w:w="11906" w:h="16838" w:code="9"/>
      <w:pgMar w:top="1134" w:right="1134" w:bottom="1021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439949" w14:textId="77777777" w:rsidR="004219F5" w:rsidRDefault="004219F5">
      <w:r>
        <w:separator/>
      </w:r>
    </w:p>
  </w:endnote>
  <w:endnote w:type="continuationSeparator" w:id="0">
    <w:p w14:paraId="36442141" w14:textId="77777777" w:rsidR="004219F5" w:rsidRDefault="00421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73DC5" w14:textId="77777777" w:rsidR="004219F5" w:rsidRDefault="004219F5">
      <w:r>
        <w:separator/>
      </w:r>
    </w:p>
  </w:footnote>
  <w:footnote w:type="continuationSeparator" w:id="0">
    <w:p w14:paraId="7142A857" w14:textId="77777777" w:rsidR="004219F5" w:rsidRDefault="00421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8548799"/>
      <w:docPartObj>
        <w:docPartGallery w:val="Page Numbers (Top of Page)"/>
        <w:docPartUnique/>
      </w:docPartObj>
    </w:sdtPr>
    <w:sdtEndPr/>
    <w:sdtContent>
      <w:p w14:paraId="24203291" w14:textId="349543F4" w:rsidR="0065386E" w:rsidRDefault="0065386E" w:rsidP="0065386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381" w:rsidRPr="00EC0381">
          <w:rPr>
            <w:noProof/>
            <w:lang w:val="lt-LT"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3628"/>
    <w:rsid w:val="000D07CE"/>
    <w:rsid w:val="000E4B22"/>
    <w:rsid w:val="00136E24"/>
    <w:rsid w:val="0015074B"/>
    <w:rsid w:val="00161BCB"/>
    <w:rsid w:val="00194110"/>
    <w:rsid w:val="001D6336"/>
    <w:rsid w:val="001D740D"/>
    <w:rsid w:val="001E42AF"/>
    <w:rsid w:val="00201AF3"/>
    <w:rsid w:val="0022302F"/>
    <w:rsid w:val="00282457"/>
    <w:rsid w:val="0029639D"/>
    <w:rsid w:val="002E7F7E"/>
    <w:rsid w:val="00326F90"/>
    <w:rsid w:val="00365913"/>
    <w:rsid w:val="00391530"/>
    <w:rsid w:val="003C4F48"/>
    <w:rsid w:val="003F5439"/>
    <w:rsid w:val="004147EF"/>
    <w:rsid w:val="004219F5"/>
    <w:rsid w:val="00535E8C"/>
    <w:rsid w:val="0059416D"/>
    <w:rsid w:val="005B21DD"/>
    <w:rsid w:val="005F550B"/>
    <w:rsid w:val="0062558F"/>
    <w:rsid w:val="00642ADF"/>
    <w:rsid w:val="0064496E"/>
    <w:rsid w:val="0065386E"/>
    <w:rsid w:val="006A6361"/>
    <w:rsid w:val="006D50B6"/>
    <w:rsid w:val="00700F8E"/>
    <w:rsid w:val="00705505"/>
    <w:rsid w:val="007533CE"/>
    <w:rsid w:val="00767E97"/>
    <w:rsid w:val="007A1403"/>
    <w:rsid w:val="007A17A1"/>
    <w:rsid w:val="007A4636"/>
    <w:rsid w:val="008332F2"/>
    <w:rsid w:val="008401B1"/>
    <w:rsid w:val="008D30A3"/>
    <w:rsid w:val="0094388D"/>
    <w:rsid w:val="009B4692"/>
    <w:rsid w:val="009D130F"/>
    <w:rsid w:val="00A57B9F"/>
    <w:rsid w:val="00AA1D8D"/>
    <w:rsid w:val="00AB2A81"/>
    <w:rsid w:val="00B219D8"/>
    <w:rsid w:val="00B47730"/>
    <w:rsid w:val="00B60426"/>
    <w:rsid w:val="00B7246F"/>
    <w:rsid w:val="00BF69E2"/>
    <w:rsid w:val="00C51AFD"/>
    <w:rsid w:val="00C9556E"/>
    <w:rsid w:val="00CA6D7B"/>
    <w:rsid w:val="00CB0664"/>
    <w:rsid w:val="00CE037B"/>
    <w:rsid w:val="00CE62D3"/>
    <w:rsid w:val="00DE5C47"/>
    <w:rsid w:val="00E278C2"/>
    <w:rsid w:val="00E33664"/>
    <w:rsid w:val="00E44A1D"/>
    <w:rsid w:val="00EC0381"/>
    <w:rsid w:val="00EC5346"/>
    <w:rsid w:val="00EF166C"/>
    <w:rsid w:val="00F576E5"/>
    <w:rsid w:val="00FA6B77"/>
    <w:rsid w:val="00FC52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5C12B1"/>
  <w14:defaultImageDpi w14:val="300"/>
  <w15:docId w15:val="{67CE48BE-4CE5-A346-9927-335D1CFFA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33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160" w:after="160" w:line="252" w:lineRule="auto"/>
      <w:outlineLvl w:val="0"/>
    </w:pPr>
    <w:rPr>
      <w:rFonts w:asciiTheme="majorHAnsi" w:eastAsiaTheme="majorEastAsia" w:hAnsiTheme="majorHAnsi" w:cstheme="majorBidi"/>
      <w:b/>
      <w:bCs/>
      <w:color w:val="000000"/>
      <w:szCs w:val="28"/>
      <w:lang w:val="en-US" w:eastAsia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160" w:after="160" w:line="252" w:lineRule="auto"/>
      <w:outlineLvl w:val="1"/>
    </w:pPr>
    <w:rPr>
      <w:rFonts w:asciiTheme="majorHAnsi" w:eastAsiaTheme="majorEastAsia" w:hAnsiTheme="majorHAnsi" w:cstheme="majorBidi"/>
      <w:b/>
      <w:bCs/>
      <w:color w:val="000000"/>
      <w:szCs w:val="26"/>
      <w:lang w:val="en-US" w:eastAsia="en-US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2"/>
      <w:lang w:val="en-US" w:eastAsia="en-US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  <w:lang w:val="en-US" w:eastAsia="en-US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</w:pPr>
    <w:rPr>
      <w:rFonts w:eastAsiaTheme="minorEastAsia" w:cstheme="minorBidi"/>
      <w:color w:val="000000"/>
      <w:szCs w:val="22"/>
      <w:lang w:val="en-US"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</w:pPr>
    <w:rPr>
      <w:rFonts w:eastAsiaTheme="minorEastAsia" w:cstheme="minorBidi"/>
      <w:color w:val="000000"/>
      <w:szCs w:val="22"/>
      <w:lang w:val="en-US"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spacing w:before="160" w:after="16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  <w:lang w:val="en-US" w:eastAsia="en-US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  <w:spacing w:after="80" w:line="252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spacing w:after="80" w:line="252" w:lineRule="auto"/>
      <w:ind w:left="720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 w:line="252" w:lineRule="auto"/>
    </w:pPr>
    <w:rPr>
      <w:rFonts w:eastAsiaTheme="minorEastAsia" w:cstheme="minorBidi"/>
      <w:color w:val="000000"/>
      <w:szCs w:val="22"/>
      <w:lang w:val="en-US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  <w:rPr>
      <w:rFonts w:eastAsiaTheme="minorEastAsia" w:cstheme="minorBidi"/>
      <w:color w:val="000000"/>
      <w:szCs w:val="22"/>
      <w:lang w:val="en-US"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 w:line="252" w:lineRule="auto"/>
    </w:pPr>
    <w:rPr>
      <w:rFonts w:eastAsiaTheme="minorEastAsia" w:cstheme="minorBidi"/>
      <w:color w:val="000000"/>
      <w:sz w:val="16"/>
      <w:szCs w:val="16"/>
      <w:lang w:val="en-US" w:eastAsia="en-US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spacing w:after="80" w:line="252" w:lineRule="auto"/>
      <w:ind w:left="360" w:hanging="360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paragraph" w:styleId="Sraas2">
    <w:name w:val="List 2"/>
    <w:basedOn w:val="prastasis"/>
    <w:uiPriority w:val="99"/>
    <w:unhideWhenUsed/>
    <w:rsid w:val="00326F90"/>
    <w:pPr>
      <w:spacing w:after="80" w:line="252" w:lineRule="auto"/>
      <w:ind w:left="720" w:hanging="360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paragraph" w:styleId="Sraas3">
    <w:name w:val="List 3"/>
    <w:basedOn w:val="prastasis"/>
    <w:uiPriority w:val="99"/>
    <w:unhideWhenUsed/>
    <w:rsid w:val="00326F90"/>
    <w:pPr>
      <w:spacing w:after="80" w:line="252" w:lineRule="auto"/>
      <w:ind w:left="1080" w:hanging="360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spacing w:after="80" w:line="252" w:lineRule="auto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spacing w:after="80" w:line="252" w:lineRule="auto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spacing w:after="80" w:line="252" w:lineRule="auto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spacing w:after="80" w:line="252" w:lineRule="auto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spacing w:after="80" w:line="252" w:lineRule="auto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spacing w:after="80" w:line="252" w:lineRule="auto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paragraph" w:styleId="Sraotsinys">
    <w:name w:val="List Continue"/>
    <w:basedOn w:val="prastasis"/>
    <w:uiPriority w:val="99"/>
    <w:unhideWhenUsed/>
    <w:rsid w:val="0029639D"/>
    <w:pPr>
      <w:spacing w:after="120" w:line="252" w:lineRule="auto"/>
      <w:ind w:left="360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paragraph" w:styleId="Sraotsinys2">
    <w:name w:val="List Continue 2"/>
    <w:basedOn w:val="prastasis"/>
    <w:uiPriority w:val="99"/>
    <w:unhideWhenUsed/>
    <w:rsid w:val="0029639D"/>
    <w:pPr>
      <w:spacing w:after="120" w:line="252" w:lineRule="auto"/>
      <w:ind w:left="720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paragraph" w:styleId="Sraotsinys3">
    <w:name w:val="List Continue 3"/>
    <w:basedOn w:val="prastasis"/>
    <w:uiPriority w:val="99"/>
    <w:unhideWhenUsed/>
    <w:rsid w:val="0029639D"/>
    <w:pPr>
      <w:spacing w:after="120" w:line="252" w:lineRule="auto"/>
      <w:ind w:left="1080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pPr>
      <w:spacing w:after="80" w:line="252" w:lineRule="auto"/>
    </w:pPr>
    <w:rPr>
      <w:rFonts w:eastAsiaTheme="minorEastAsia" w:cstheme="minorBidi"/>
      <w:i/>
      <w:iCs/>
      <w:color w:val="000000" w:themeColor="text1"/>
      <w:szCs w:val="22"/>
      <w:lang w:val="en-US" w:eastAsia="en-US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spacing w:before="200" w:after="280" w:line="252" w:lineRule="auto"/>
      <w:ind w:left="936" w:right="936"/>
    </w:pPr>
    <w:rPr>
      <w:rFonts w:eastAsiaTheme="minorEastAsia" w:cstheme="minorBidi"/>
      <w:b/>
      <w:bCs/>
      <w:i/>
      <w:iCs/>
      <w:color w:val="4F81BD" w:themeColor="accent1"/>
      <w:szCs w:val="22"/>
      <w:lang w:val="en-US" w:eastAsia="en-US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rastasiniatinklio">
    <w:name w:val="Normal (Web)"/>
    <w:basedOn w:val="prastasis"/>
    <w:uiPriority w:val="99"/>
    <w:semiHidden/>
    <w:unhideWhenUsed/>
    <w:rsid w:val="00B219D8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Numatytasispastraiposriftas"/>
    <w:rsid w:val="00B219D8"/>
  </w:style>
  <w:style w:type="character" w:styleId="Hipersaitas">
    <w:name w:val="Hyperlink"/>
    <w:basedOn w:val="Numatytasispastraiposriftas"/>
    <w:uiPriority w:val="99"/>
    <w:unhideWhenUsed/>
    <w:rsid w:val="00E33664"/>
    <w:rPr>
      <w:color w:val="0000FF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C4F4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C4F48"/>
    <w:rPr>
      <w:rFonts w:ascii="Segoe UI" w:eastAsia="Times New Roman" w:hAnsi="Segoe UI" w:cs="Segoe UI"/>
      <w:sz w:val="18"/>
      <w:szCs w:val="18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0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E3C4C2-75BC-4F1D-9B6A-986DAE3AB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Šiaulių valstybinė kolegija</dc:creator>
  <cp:keywords/>
  <dc:description>generated by python-docx</dc:description>
  <cp:lastModifiedBy>Urtė</cp:lastModifiedBy>
  <cp:revision>2</cp:revision>
  <cp:lastPrinted>2026-10-22T13:26:00Z</cp:lastPrinted>
  <dcterms:created xsi:type="dcterms:W3CDTF">2026-10-26T08:19:00Z</dcterms:created>
  <dcterms:modified xsi:type="dcterms:W3CDTF">2026-10-26T08:19:00Z</dcterms:modified>
  <cp:category/>
  <dc:language>lt-LT</dc:language>
</cp:coreProperties>
</file>